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9F34C" w14:textId="07C748CA" w:rsidR="00D70101" w:rsidRPr="001C3F7F" w:rsidRDefault="00000000" w:rsidP="00EB169D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Dissertation Manuscript Checklist</w:t>
      </w:r>
    </w:p>
    <w:p w14:paraId="38BD85C3" w14:textId="0B61022D" w:rsidR="001C3F7F" w:rsidRPr="001C3F7F" w:rsidRDefault="00000000" w:rsidP="009007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Before submitting your manuscript (prospectus or dissertation) to your dissertation chair and committee, </w:t>
      </w:r>
      <w:r w:rsidR="00045BF9" w:rsidRPr="001C3F7F">
        <w:rPr>
          <w:rFonts w:ascii="Times New Roman" w:hAnsi="Times New Roman" w:cs="Times New Roman"/>
          <w:sz w:val="24"/>
          <w:szCs w:val="24"/>
        </w:rPr>
        <w:t xml:space="preserve">use the </w:t>
      </w:r>
      <w:hyperlink r:id="rId8" w:history="1">
        <w:r w:rsidR="00045BF9" w:rsidRPr="001C3F7F">
          <w:rPr>
            <w:rStyle w:val="Hyperlink"/>
            <w:rFonts w:ascii="Segoe UI Emoji" w:hAnsi="Segoe UI Emoji" w:cs="Segoe UI Emoji"/>
            <w:color w:val="auto"/>
            <w:sz w:val="24"/>
            <w:szCs w:val="24"/>
          </w:rPr>
          <w:t>✅</w:t>
        </w:r>
        <w:r w:rsidR="00045BF9" w:rsidRPr="001C3F7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 Manuscript Checklist: Wang's Dissertation Community</w:t>
        </w:r>
      </w:hyperlink>
      <w:r w:rsidR="00045BF9" w:rsidRPr="001C3F7F">
        <w:rPr>
          <w:rFonts w:ascii="Times New Roman" w:hAnsi="Times New Roman" w:cs="Times New Roman"/>
          <w:sz w:val="24"/>
          <w:szCs w:val="24"/>
        </w:rPr>
        <w:t xml:space="preserve"> on Canvas course. </w:t>
      </w:r>
      <w:r w:rsidR="0090075D" w:rsidRPr="0090075D">
        <w:rPr>
          <w:rFonts w:ascii="Times New Roman" w:hAnsi="Times New Roman" w:cs="Times New Roman"/>
          <w:sz w:val="24"/>
          <w:szCs w:val="24"/>
        </w:rPr>
        <w:t>Th</w:t>
      </w:r>
      <w:r w:rsidR="0090075D">
        <w:rPr>
          <w:rFonts w:ascii="Times New Roman" w:hAnsi="Times New Roman" w:cs="Times New Roman"/>
          <w:sz w:val="24"/>
          <w:szCs w:val="24"/>
        </w:rPr>
        <w:t>e</w:t>
      </w:r>
      <w:r w:rsidR="0090075D" w:rsidRPr="0090075D">
        <w:rPr>
          <w:rFonts w:ascii="Times New Roman" w:hAnsi="Times New Roman" w:cs="Times New Roman"/>
          <w:sz w:val="24"/>
          <w:szCs w:val="24"/>
        </w:rPr>
        <w:t xml:space="preserve"> checklist </w:t>
      </w:r>
      <w:proofErr w:type="gramStart"/>
      <w:r w:rsidR="0090075D" w:rsidRPr="0090075D">
        <w:rPr>
          <w:rFonts w:ascii="Times New Roman" w:hAnsi="Times New Roman" w:cs="Times New Roman"/>
          <w:sz w:val="24"/>
          <w:szCs w:val="24"/>
        </w:rPr>
        <w:t>is designed</w:t>
      </w:r>
      <w:proofErr w:type="gramEnd"/>
      <w:r w:rsidR="0090075D" w:rsidRPr="0090075D">
        <w:rPr>
          <w:rFonts w:ascii="Times New Roman" w:hAnsi="Times New Roman" w:cs="Times New Roman"/>
          <w:sz w:val="24"/>
          <w:szCs w:val="24"/>
        </w:rPr>
        <w:t xml:space="preserve"> to ensure your manuscript is properly prepared prior to faculty review.</w:t>
      </w:r>
      <w:r w:rsidR="0090075D">
        <w:rPr>
          <w:rFonts w:ascii="Times New Roman" w:hAnsi="Times New Roman" w:cs="Times New Roman"/>
          <w:sz w:val="24"/>
          <w:szCs w:val="24"/>
        </w:rPr>
        <w:t xml:space="preserve"> </w:t>
      </w:r>
      <w:r w:rsidR="00045BF9" w:rsidRPr="001C3F7F">
        <w:rPr>
          <w:rFonts w:ascii="Times New Roman" w:hAnsi="Times New Roman" w:cs="Times New Roman"/>
          <w:sz w:val="24"/>
          <w:szCs w:val="24"/>
        </w:rPr>
        <w:t xml:space="preserve">Complete </w:t>
      </w:r>
      <w:r w:rsidRPr="001C3F7F">
        <w:rPr>
          <w:rFonts w:ascii="Times New Roman" w:hAnsi="Times New Roman" w:cs="Times New Roman"/>
          <w:sz w:val="24"/>
          <w:szCs w:val="24"/>
        </w:rPr>
        <w:t>th</w:t>
      </w:r>
      <w:r w:rsidR="0090075D">
        <w:rPr>
          <w:rFonts w:ascii="Times New Roman" w:hAnsi="Times New Roman" w:cs="Times New Roman"/>
          <w:sz w:val="24"/>
          <w:szCs w:val="24"/>
        </w:rPr>
        <w:t>is</w:t>
      </w:r>
      <w:r w:rsidRPr="001C3F7F">
        <w:rPr>
          <w:rFonts w:ascii="Times New Roman" w:hAnsi="Times New Roman" w:cs="Times New Roman"/>
          <w:sz w:val="24"/>
          <w:szCs w:val="24"/>
        </w:rPr>
        <w:t xml:space="preserve"> checklist to ensure </w:t>
      </w:r>
      <w:r w:rsidR="00045BF9" w:rsidRPr="001C3F7F">
        <w:rPr>
          <w:rFonts w:ascii="Times New Roman" w:hAnsi="Times New Roman" w:cs="Times New Roman"/>
          <w:sz w:val="24"/>
          <w:szCs w:val="24"/>
        </w:rPr>
        <w:t>your manuscript</w:t>
      </w:r>
      <w:r w:rsidRPr="001C3F7F">
        <w:rPr>
          <w:rFonts w:ascii="Times New Roman" w:hAnsi="Times New Roman" w:cs="Times New Roman"/>
          <w:sz w:val="24"/>
          <w:szCs w:val="24"/>
        </w:rPr>
        <w:t xml:space="preserve"> is properly prepared</w:t>
      </w:r>
      <w:r w:rsidR="0090075D">
        <w:rPr>
          <w:rFonts w:ascii="Times New Roman" w:hAnsi="Times New Roman" w:cs="Times New Roman"/>
          <w:sz w:val="24"/>
          <w:szCs w:val="24"/>
        </w:rPr>
        <w:t xml:space="preserve"> </w:t>
      </w:r>
      <w:r w:rsidR="0090075D" w:rsidRPr="0090075D">
        <w:rPr>
          <w:rFonts w:ascii="Times New Roman" w:hAnsi="Times New Roman" w:cs="Times New Roman"/>
          <w:sz w:val="24"/>
          <w:szCs w:val="24"/>
        </w:rPr>
        <w:t>prior to faculty review</w:t>
      </w:r>
      <w:r w:rsidRPr="001C3F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46A79E" w14:textId="77777777" w:rsidR="0090075D" w:rsidRDefault="0090075D" w:rsidP="009007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23743D" w14:textId="4478C5BC" w:rsidR="0090075D" w:rsidRPr="0090075D" w:rsidRDefault="00000000" w:rsidP="009007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br/>
      </w:r>
      <w:r w:rsidRPr="001C3F7F">
        <w:rPr>
          <w:rFonts w:ascii="Segoe UI Emoji" w:hAnsi="Segoe UI Emoji" w:cs="Segoe UI Emoji"/>
          <w:sz w:val="24"/>
          <w:szCs w:val="24"/>
        </w:rPr>
        <w:t>☑️</w:t>
      </w:r>
      <w:r w:rsidRPr="001C3F7F">
        <w:rPr>
          <w:rFonts w:ascii="Times New Roman" w:hAnsi="Times New Roman" w:cs="Times New Roman"/>
          <w:sz w:val="24"/>
          <w:szCs w:val="24"/>
        </w:rPr>
        <w:t xml:space="preserve"> </w:t>
      </w:r>
      <w:r w:rsidR="0090075D" w:rsidRPr="0090075D">
        <w:rPr>
          <w:rFonts w:ascii="Times New Roman" w:hAnsi="Times New Roman" w:cs="Times New Roman"/>
          <w:sz w:val="24"/>
          <w:szCs w:val="24"/>
        </w:rPr>
        <w:t xml:space="preserve">Please check all items that apply </w:t>
      </w:r>
      <w:r w:rsidR="0090075D" w:rsidRPr="0090075D">
        <w:rPr>
          <w:rFonts w:ascii="Times New Roman" w:hAnsi="Times New Roman" w:cs="Times New Roman"/>
          <w:b/>
          <w:bCs/>
          <w:sz w:val="24"/>
          <w:szCs w:val="24"/>
        </w:rPr>
        <w:t>before each manuscript submission</w:t>
      </w:r>
      <w:r w:rsidR="0090075D" w:rsidRPr="0090075D">
        <w:rPr>
          <w:rFonts w:ascii="Times New Roman" w:hAnsi="Times New Roman" w:cs="Times New Roman"/>
          <w:sz w:val="24"/>
          <w:szCs w:val="24"/>
        </w:rPr>
        <w:t xml:space="preserve">—whether it is </w:t>
      </w:r>
      <w:proofErr w:type="gramStart"/>
      <w:r w:rsidR="0090075D" w:rsidRPr="0090075D">
        <w:rPr>
          <w:rFonts w:ascii="Times New Roman" w:hAnsi="Times New Roman" w:cs="Times New Roman"/>
          <w:sz w:val="24"/>
          <w:szCs w:val="24"/>
        </w:rPr>
        <w:t>an initial</w:t>
      </w:r>
      <w:proofErr w:type="gramEnd"/>
      <w:r w:rsidR="0090075D" w:rsidRPr="0090075D">
        <w:rPr>
          <w:rFonts w:ascii="Times New Roman" w:hAnsi="Times New Roman" w:cs="Times New Roman"/>
          <w:sz w:val="24"/>
          <w:szCs w:val="24"/>
        </w:rPr>
        <w:t xml:space="preserve"> </w:t>
      </w:r>
      <w:r w:rsidR="0090075D">
        <w:rPr>
          <w:rFonts w:ascii="Times New Roman" w:hAnsi="Times New Roman" w:cs="Times New Roman"/>
          <w:sz w:val="24"/>
          <w:szCs w:val="24"/>
        </w:rPr>
        <w:t>version</w:t>
      </w:r>
      <w:r w:rsidR="0090075D" w:rsidRPr="0090075D">
        <w:rPr>
          <w:rFonts w:ascii="Times New Roman" w:hAnsi="Times New Roman" w:cs="Times New Roman"/>
          <w:sz w:val="24"/>
          <w:szCs w:val="24"/>
        </w:rPr>
        <w:t xml:space="preserve"> or a revised version. You must </w:t>
      </w:r>
      <w:proofErr w:type="gramStart"/>
      <w:r w:rsidR="0090075D" w:rsidRPr="0090075D">
        <w:rPr>
          <w:rFonts w:ascii="Times New Roman" w:hAnsi="Times New Roman" w:cs="Times New Roman"/>
          <w:sz w:val="24"/>
          <w:szCs w:val="24"/>
        </w:rPr>
        <w:t>submit</w:t>
      </w:r>
      <w:proofErr w:type="gramEnd"/>
      <w:r w:rsidR="0090075D" w:rsidRPr="0090075D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="0090075D" w:rsidRPr="0090075D">
        <w:rPr>
          <w:rFonts w:ascii="Times New Roman" w:hAnsi="Times New Roman" w:cs="Times New Roman"/>
          <w:sz w:val="24"/>
          <w:szCs w:val="24"/>
        </w:rPr>
        <w:t>completed</w:t>
      </w:r>
      <w:proofErr w:type="gramEnd"/>
      <w:r w:rsidR="0090075D" w:rsidRPr="0090075D">
        <w:rPr>
          <w:rFonts w:ascii="Times New Roman" w:hAnsi="Times New Roman" w:cs="Times New Roman"/>
          <w:sz w:val="24"/>
          <w:szCs w:val="24"/>
        </w:rPr>
        <w:t xml:space="preserve"> checklist </w:t>
      </w:r>
      <w:r w:rsidR="0090075D" w:rsidRPr="0090075D">
        <w:rPr>
          <w:rFonts w:ascii="Times New Roman" w:hAnsi="Times New Roman" w:cs="Times New Roman"/>
          <w:b/>
          <w:bCs/>
          <w:sz w:val="24"/>
          <w:szCs w:val="24"/>
        </w:rPr>
        <w:t>along with your manuscript</w:t>
      </w:r>
      <w:r w:rsidR="0090075D" w:rsidRPr="0090075D">
        <w:rPr>
          <w:rFonts w:ascii="Times New Roman" w:hAnsi="Times New Roman" w:cs="Times New Roman"/>
          <w:sz w:val="24"/>
          <w:szCs w:val="24"/>
        </w:rPr>
        <w:t xml:space="preserve"> each time.</w:t>
      </w:r>
    </w:p>
    <w:p w14:paraId="1E2F33F3" w14:textId="492E4F5D" w:rsidR="0090075D" w:rsidRPr="0090075D" w:rsidRDefault="0090075D" w:rsidP="0090075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075D">
        <w:rPr>
          <w:rFonts w:ascii="Times New Roman" w:hAnsi="Times New Roman" w:cs="Times New Roman"/>
          <w:sz w:val="24"/>
          <w:szCs w:val="24"/>
        </w:rPr>
        <w:t xml:space="preserve">For a 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>prospectus manuscript</w:t>
      </w:r>
      <w:r w:rsidRPr="0090075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Chapters 1-3</w:t>
      </w:r>
      <w:r w:rsidRPr="0090075D">
        <w:rPr>
          <w:rFonts w:ascii="Times New Roman" w:hAnsi="Times New Roman" w:cs="Times New Roman"/>
          <w:sz w:val="24"/>
          <w:szCs w:val="24"/>
        </w:rPr>
        <w:t xml:space="preserve">), complete and </w:t>
      </w:r>
      <w:proofErr w:type="gramStart"/>
      <w:r w:rsidRPr="0090075D">
        <w:rPr>
          <w:rFonts w:ascii="Times New Roman" w:hAnsi="Times New Roman" w:cs="Times New Roman"/>
          <w:sz w:val="24"/>
          <w:szCs w:val="24"/>
        </w:rPr>
        <w:t>submit</w:t>
      </w:r>
      <w:proofErr w:type="gramEnd"/>
      <w:r w:rsidRPr="0090075D">
        <w:rPr>
          <w:rFonts w:ascii="Times New Roman" w:hAnsi="Times New Roman" w:cs="Times New Roman"/>
          <w:sz w:val="24"/>
          <w:szCs w:val="24"/>
        </w:rPr>
        <w:t xml:space="preserve"> the General Checklist 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 xml:space="preserve">plus checklists </w:t>
      </w:r>
      <w:r>
        <w:rPr>
          <w:rFonts w:ascii="Times New Roman" w:hAnsi="Times New Roman" w:cs="Times New Roman"/>
          <w:b/>
          <w:bCs/>
          <w:sz w:val="24"/>
          <w:szCs w:val="24"/>
        </w:rPr>
        <w:t>and the Checklist for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 xml:space="preserve"> Chapters 1–3</w:t>
      </w:r>
      <w:r w:rsidRPr="0090075D">
        <w:rPr>
          <w:rFonts w:ascii="Times New Roman" w:hAnsi="Times New Roman" w:cs="Times New Roman"/>
          <w:sz w:val="24"/>
          <w:szCs w:val="24"/>
        </w:rPr>
        <w:t>.</w:t>
      </w:r>
    </w:p>
    <w:p w14:paraId="13E8A834" w14:textId="7A8E3D57" w:rsidR="0090075D" w:rsidRPr="0090075D" w:rsidRDefault="0090075D" w:rsidP="0090075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075D">
        <w:rPr>
          <w:rFonts w:ascii="Times New Roman" w:hAnsi="Times New Roman" w:cs="Times New Roman"/>
          <w:sz w:val="24"/>
          <w:szCs w:val="24"/>
        </w:rPr>
        <w:t xml:space="preserve">For a 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>dissertation manuscript</w:t>
      </w:r>
      <w:r w:rsidRPr="0090075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0075D">
        <w:rPr>
          <w:rFonts w:ascii="Times New Roman" w:hAnsi="Times New Roman" w:cs="Times New Roman"/>
          <w:sz w:val="24"/>
          <w:szCs w:val="24"/>
        </w:rPr>
        <w:t>hapters</w:t>
      </w:r>
      <w:r>
        <w:rPr>
          <w:rFonts w:ascii="Times New Roman" w:hAnsi="Times New Roman" w:cs="Times New Roman"/>
          <w:sz w:val="24"/>
          <w:szCs w:val="24"/>
        </w:rPr>
        <w:t xml:space="preserve"> 1-5</w:t>
      </w:r>
      <w:r w:rsidRPr="0090075D">
        <w:rPr>
          <w:rFonts w:ascii="Times New Roman" w:hAnsi="Times New Roman" w:cs="Times New Roman"/>
          <w:sz w:val="24"/>
          <w:szCs w:val="24"/>
        </w:rPr>
        <w:t xml:space="preserve">), complete and </w:t>
      </w:r>
      <w:proofErr w:type="gramStart"/>
      <w:r w:rsidRPr="0090075D">
        <w:rPr>
          <w:rFonts w:ascii="Times New Roman" w:hAnsi="Times New Roman" w:cs="Times New Roman"/>
          <w:sz w:val="24"/>
          <w:szCs w:val="24"/>
        </w:rPr>
        <w:t>submit</w:t>
      </w:r>
      <w:proofErr w:type="gramEnd"/>
      <w:r w:rsidRPr="0090075D">
        <w:rPr>
          <w:rFonts w:ascii="Times New Roman" w:hAnsi="Times New Roman" w:cs="Times New Roman"/>
          <w:sz w:val="24"/>
          <w:szCs w:val="24"/>
        </w:rPr>
        <w:t xml:space="preserve"> the General Checklist 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 xml:space="preserve">plus checklists </w:t>
      </w:r>
      <w:r>
        <w:rPr>
          <w:rFonts w:ascii="Times New Roman" w:hAnsi="Times New Roman" w:cs="Times New Roman"/>
          <w:b/>
          <w:bCs/>
          <w:sz w:val="24"/>
          <w:szCs w:val="24"/>
        </w:rPr>
        <w:t>and the Checklist for</w:t>
      </w:r>
      <w:r w:rsidRPr="0090075D">
        <w:rPr>
          <w:rFonts w:ascii="Times New Roman" w:hAnsi="Times New Roman" w:cs="Times New Roman"/>
          <w:b/>
          <w:bCs/>
          <w:sz w:val="24"/>
          <w:szCs w:val="24"/>
        </w:rPr>
        <w:t xml:space="preserve"> Chapters 1–5</w:t>
      </w:r>
      <w:r w:rsidRPr="0090075D">
        <w:rPr>
          <w:rFonts w:ascii="Times New Roman" w:hAnsi="Times New Roman" w:cs="Times New Roman"/>
          <w:sz w:val="24"/>
          <w:szCs w:val="24"/>
        </w:rPr>
        <w:t>.</w:t>
      </w:r>
    </w:p>
    <w:p w14:paraId="5F898BD6" w14:textId="77777777" w:rsidR="0090075D" w:rsidRPr="0090075D" w:rsidRDefault="0090075D" w:rsidP="009007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075D">
        <w:rPr>
          <w:rFonts w:ascii="Times New Roman" w:hAnsi="Times New Roman" w:cs="Times New Roman"/>
          <w:sz w:val="24"/>
          <w:szCs w:val="24"/>
        </w:rPr>
        <w:t xml:space="preserve">This process </w:t>
      </w:r>
      <w:proofErr w:type="gramStart"/>
      <w:r w:rsidRPr="0090075D">
        <w:rPr>
          <w:rFonts w:ascii="Times New Roman" w:hAnsi="Times New Roman" w:cs="Times New Roman"/>
          <w:sz w:val="24"/>
          <w:szCs w:val="24"/>
        </w:rPr>
        <w:t>is intended</w:t>
      </w:r>
      <w:proofErr w:type="gramEnd"/>
      <w:r w:rsidRPr="0090075D">
        <w:rPr>
          <w:rFonts w:ascii="Times New Roman" w:hAnsi="Times New Roman" w:cs="Times New Roman"/>
          <w:sz w:val="24"/>
          <w:szCs w:val="24"/>
        </w:rPr>
        <w:t xml:space="preserve"> to improve manuscript quality before faculty review and to help </w:t>
      </w:r>
      <w:proofErr w:type="gramStart"/>
      <w:r w:rsidRPr="0090075D">
        <w:rPr>
          <w:rFonts w:ascii="Times New Roman" w:hAnsi="Times New Roman" w:cs="Times New Roman"/>
          <w:sz w:val="24"/>
          <w:szCs w:val="24"/>
        </w:rPr>
        <w:t>expedite</w:t>
      </w:r>
      <w:proofErr w:type="gramEnd"/>
      <w:r w:rsidRPr="0090075D">
        <w:rPr>
          <w:rFonts w:ascii="Times New Roman" w:hAnsi="Times New Roman" w:cs="Times New Roman"/>
          <w:sz w:val="24"/>
          <w:szCs w:val="24"/>
        </w:rPr>
        <w:t xml:space="preserve"> the turnaround time from your dissertation chair.</w:t>
      </w:r>
    </w:p>
    <w:p w14:paraId="6BA3D5AC" w14:textId="3DD43103" w:rsidR="0090075D" w:rsidRDefault="0090075D" w:rsidP="009007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69040E" w14:textId="77777777" w:rsidR="001C3F7F" w:rsidRPr="001C3F7F" w:rsidRDefault="001C3F7F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8795B" w14:textId="03402210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General Checklist for All Chapters</w:t>
      </w:r>
    </w:p>
    <w:p w14:paraId="3A245A25" w14:textId="008ECA24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All APA in-text citations and reference list entries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comply with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7th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edition.</w:t>
      </w:r>
    </w:p>
    <w:p w14:paraId="1FA31F3A" w14:textId="00ED8366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APA-style headings and subheadings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applied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correctly to structure each chapter.</w:t>
      </w:r>
    </w:p>
    <w:p w14:paraId="4FF1A91E" w14:textId="6E2B76F6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Figures and tables follow APA guidelines and appear after their first in-text mention.</w:t>
      </w:r>
    </w:p>
    <w:p w14:paraId="04F1D4D2" w14:textId="012DCA35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Each visual includes a source note if adapted or reproduced.</w:t>
      </w:r>
    </w:p>
    <w:p w14:paraId="4C7E2580" w14:textId="70448611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Grammar tools and manual proofreading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were used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to ensure error-free writing.</w:t>
      </w:r>
    </w:p>
    <w:p w14:paraId="1E717598" w14:textId="70F49EA5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Sentences are clear and concise. Long, winding sentences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revised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.</w:t>
      </w:r>
    </w:p>
    <w:p w14:paraId="01B916BF" w14:textId="38C343AC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Each paragraph begins with a topic sentence and ends with a transition or concluding sentence.</w:t>
      </w:r>
    </w:p>
    <w:p w14:paraId="34AA5EA6" w14:textId="6C236BC0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No paragraph has fewer than three well-developed sentences.</w:t>
      </w:r>
    </w:p>
    <w:p w14:paraId="06FDE82B" w14:textId="0E504311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Avoided citation stacking (listing sources without analysis).</w:t>
      </w:r>
    </w:p>
    <w:p w14:paraId="55C06647" w14:textId="2CC7CA63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Used active voice where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appropriate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. Maintained consistent tense and perspective.</w:t>
      </w:r>
    </w:p>
    <w:p w14:paraId="51209586" w14:textId="6D20156E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Transitions between ideas (e.g., however, moreover, therefore) guide the reader logically.</w:t>
      </w:r>
    </w:p>
    <w:p w14:paraId="6A150673" w14:textId="5D168F1C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The manuscript follows formatting conventions: 12-pt Times New Roman, double-spaced, 1-inch margins.</w:t>
      </w:r>
    </w:p>
    <w:p w14:paraId="43A562A3" w14:textId="6AD97606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All pages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numbered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. Indentation and alignment are consistent.</w:t>
      </w:r>
    </w:p>
    <w:p w14:paraId="544388AA" w14:textId="0B6142A3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No widowed/orphaned lines or headings split from their content.</w:t>
      </w:r>
    </w:p>
    <w:p w14:paraId="3DDEB1A2" w14:textId="75BFC6DE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All sources cited in text appear in the references; all references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cited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in text.</w:t>
      </w:r>
    </w:p>
    <w:p w14:paraId="23515F75" w14:textId="18708E00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Paraphrased where possible. Direct quotes include page numbers and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used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sparingly.</w:t>
      </w:r>
    </w:p>
    <w:p w14:paraId="03C7C98C" w14:textId="10075684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Majority of references are from the past 5 years, unless citing foundational theories.</w:t>
      </w:r>
    </w:p>
    <w:p w14:paraId="228BC29F" w14:textId="74860A72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The theoretical framework is clearly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stated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and applied across chapters.</w:t>
      </w:r>
    </w:p>
    <w:p w14:paraId="66B62188" w14:textId="543D60AA" w:rsidR="00D70101" w:rsidRPr="001C3F7F" w:rsidRDefault="00000000" w:rsidP="001C3F7F">
      <w:pPr>
        <w:pStyle w:val="ListBulle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Writing shows a logical progression of ideas and a coherent academic voice.</w:t>
      </w:r>
    </w:p>
    <w:p w14:paraId="06BFD6AC" w14:textId="77777777" w:rsidR="0090075D" w:rsidRDefault="0090075D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13B17" w14:textId="27CD36E6" w:rsidR="00D70101" w:rsidRPr="001C3F7F" w:rsidRDefault="00000000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br/>
        <w:t>I certify that I have completed the checklist above and included this form with my dissertation manuscript.</w:t>
      </w:r>
    </w:p>
    <w:p w14:paraId="157EA963" w14:textId="77777777" w:rsidR="001C3F7F" w:rsidRPr="001C3F7F" w:rsidRDefault="001C3F7F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4F782" w14:textId="77777777" w:rsidR="001C3F7F" w:rsidRPr="001C3F7F" w:rsidRDefault="001C3F7F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Student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Name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: ______________________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C3F7F">
        <w:rPr>
          <w:rFonts w:ascii="Times New Roman" w:hAnsi="Times New Roman" w:cs="Times New Roman"/>
          <w:sz w:val="24"/>
          <w:szCs w:val="24"/>
        </w:rPr>
        <w:t xml:space="preserve">Date of Submission: 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_________________</w:t>
      </w:r>
    </w:p>
    <w:p w14:paraId="3F214758" w14:textId="77777777" w:rsidR="001C3F7F" w:rsidRDefault="001C3F7F" w:rsidP="001C3F7F">
      <w:pPr>
        <w:pStyle w:val="Heading2"/>
        <w:spacing w:before="0" w:line="240" w:lineRule="auto"/>
        <w:rPr>
          <w:rFonts w:ascii="Segoe UI Emoji" w:hAnsi="Segoe UI Emoji" w:cs="Segoe UI Emoji"/>
          <w:color w:val="auto"/>
          <w:sz w:val="24"/>
          <w:szCs w:val="24"/>
        </w:rPr>
      </w:pPr>
    </w:p>
    <w:p w14:paraId="6E51A60C" w14:textId="77777777" w:rsidR="001C3F7F" w:rsidRDefault="001C3F7F">
      <w:pPr>
        <w:rPr>
          <w:rFonts w:ascii="Segoe UI Emoji" w:eastAsiaTheme="majorEastAsia" w:hAnsi="Segoe UI Emoji" w:cs="Segoe UI Emoji"/>
          <w:b/>
          <w:bCs/>
          <w:sz w:val="24"/>
          <w:szCs w:val="24"/>
        </w:rPr>
      </w:pPr>
      <w:r>
        <w:rPr>
          <w:rFonts w:ascii="Segoe UI Emoji" w:hAnsi="Segoe UI Emoji" w:cs="Segoe UI Emoji"/>
          <w:sz w:val="24"/>
          <w:szCs w:val="24"/>
        </w:rPr>
        <w:br w:type="page"/>
      </w:r>
    </w:p>
    <w:p w14:paraId="55648B4D" w14:textId="4E676786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lastRenderedPageBreak/>
        <w:t>Chapter 1: Introduction</w:t>
      </w:r>
    </w:p>
    <w:p w14:paraId="0D40F985" w14:textId="04733B70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Clearly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identifies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the research problem and articulates a gap in the knowledge base.</w:t>
      </w:r>
    </w:p>
    <w:p w14:paraId="10B1100D" w14:textId="6C6FEDF6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Provides sufficient theoretical, empirical, and contextual background to frame the study.</w:t>
      </w:r>
    </w:p>
    <w:p w14:paraId="73C1870E" w14:textId="78617964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States specific research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objectives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and questions, aligned with the problem and framework.</w:t>
      </w:r>
    </w:p>
    <w:p w14:paraId="62671719" w14:textId="5CFE26AC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Hypotheses are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stated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(if applicable) and logically derived from the theoretical framework.</w:t>
      </w:r>
    </w:p>
    <w:p w14:paraId="27EE1365" w14:textId="362A38EB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Explains the significance of the study across theoretical, policy, and practice dimensions.</w:t>
      </w:r>
    </w:p>
    <w:p w14:paraId="736AC016" w14:textId="149E1BAF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Defines all key terms and constructs clearly and consistently.</w:t>
      </w:r>
    </w:p>
    <w:p w14:paraId="5B07A291" w14:textId="77777777" w:rsid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Provides a clear transition to the literature review chapter.</w:t>
      </w:r>
    </w:p>
    <w:p w14:paraId="091AF473" w14:textId="7D705F5E" w:rsidR="00D70101" w:rsidRPr="001C3F7F" w:rsidRDefault="00000000" w:rsidP="001C3F7F">
      <w:pPr>
        <w:pStyle w:val="ListBulle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Includes preliminary limitations and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delimitations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, with further details to come in later chapters.</w:t>
      </w:r>
    </w:p>
    <w:p w14:paraId="5FB36C3C" w14:textId="77777777" w:rsidR="001C3F7F" w:rsidRPr="001C3F7F" w:rsidRDefault="001C3F7F" w:rsidP="001C3F7F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A209D37" w14:textId="6FFB63DC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Chapter 2: Literature Review and Theoretical Framework</w:t>
      </w:r>
    </w:p>
    <w:p w14:paraId="003C4517" w14:textId="7E5BD1F7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Introduces major streams of literature relevant to the topic and theoretical framing.</w:t>
      </w:r>
    </w:p>
    <w:p w14:paraId="23332B5F" w14:textId="53B0FAEB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Synthesizes findings across studies to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identify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convergences, contradictions, and gaps.</w:t>
      </w:r>
    </w:p>
    <w:p w14:paraId="7D138ED6" w14:textId="068852E6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Critically evaluates methodologies, sample limitations, or theoretical assumptions in prior work.</w:t>
      </w:r>
    </w:p>
    <w:p w14:paraId="725BA039" w14:textId="70C5D2D3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Highlights how literature supports or challenges the chosen theoretical framework.</w:t>
      </w:r>
    </w:p>
    <w:p w14:paraId="401EADE8" w14:textId="5BD1B24E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Presents and explains the theoretical framework: origins, key constructs, assumptions, and relationships.</w:t>
      </w:r>
    </w:p>
    <w:p w14:paraId="74027937" w14:textId="517C467F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Applies the framework to the research question, showing how it guides study design.</w:t>
      </w:r>
    </w:p>
    <w:p w14:paraId="1DF12E51" w14:textId="2670AFDB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Concludes with a clear rationale for the current study and its intended contribution.</w:t>
      </w:r>
    </w:p>
    <w:p w14:paraId="488A8C4D" w14:textId="2ED94DBC" w:rsidR="00D70101" w:rsidRPr="001C3F7F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All sources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properly cited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, current, and representative of the field’s major debates.</w:t>
      </w:r>
    </w:p>
    <w:p w14:paraId="06354CA1" w14:textId="35B61D08" w:rsidR="00D70101" w:rsidRDefault="00000000" w:rsidP="001C3F7F">
      <w:pPr>
        <w:pStyle w:val="ListBulle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Organized thematically, chronologically, or methodologically with logical transitions.</w:t>
      </w:r>
    </w:p>
    <w:p w14:paraId="130406D5" w14:textId="77777777" w:rsidR="001C3F7F" w:rsidRPr="001C3F7F" w:rsidRDefault="001C3F7F" w:rsidP="001C3F7F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5C96A1F" w14:textId="1A32DA26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Chapter 3: Methods</w:t>
      </w:r>
    </w:p>
    <w:p w14:paraId="5AF8F27D" w14:textId="1D60001E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Opens with an overview that connects methods to research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objectives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and framework.</w:t>
      </w:r>
    </w:p>
    <w:p w14:paraId="1B7B8D57" w14:textId="706B046C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C3F7F">
        <w:rPr>
          <w:rFonts w:ascii="Times New Roman" w:hAnsi="Times New Roman" w:cs="Times New Roman"/>
          <w:sz w:val="24"/>
          <w:szCs w:val="24"/>
        </w:rPr>
        <w:t>Identifies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research design (qualitative, quantitative, or mixed) and justifies its use.</w:t>
      </w:r>
    </w:p>
    <w:p w14:paraId="6DE9F39B" w14:textId="07958083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Explains participant selection, sampling criteria, and research setting.</w:t>
      </w:r>
    </w:p>
    <w:p w14:paraId="43337992" w14:textId="17DD4CE0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Describes instruments and materials (e.g., surveys, interview protocols, software tools).</w:t>
      </w:r>
    </w:p>
    <w:p w14:paraId="28CB9E0C" w14:textId="77777777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Segoe UI Symbol" w:hAnsi="Segoe UI Symbol" w:cs="Segoe UI Symbol"/>
          <w:sz w:val="24"/>
          <w:szCs w:val="24"/>
        </w:rPr>
        <w:t>☐</w:t>
      </w:r>
      <w:r w:rsidRPr="001C3F7F">
        <w:rPr>
          <w:rFonts w:ascii="Times New Roman" w:hAnsi="Times New Roman" w:cs="Times New Roman"/>
          <w:sz w:val="24"/>
          <w:szCs w:val="24"/>
        </w:rPr>
        <w:t xml:space="preserve"> Details step-by-step procedures for data collection, including timeline and sequencing.</w:t>
      </w:r>
    </w:p>
    <w:p w14:paraId="267AFB31" w14:textId="2B44391E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lastRenderedPageBreak/>
        <w:t>Justifies strategies for validity/reliability (quantitative) or trustworthiness (qualitative).</w:t>
      </w:r>
    </w:p>
    <w:p w14:paraId="57034F8E" w14:textId="607105BD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Presents data analysis procedures aligned with research design and framework.</w:t>
      </w:r>
    </w:p>
    <w:p w14:paraId="350FE2BD" w14:textId="79E2AAFB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Describes first- and second-level coding for qualitative studies, including theme development and theoretical alignment.</w:t>
      </w:r>
    </w:p>
    <w:p w14:paraId="3D7A3292" w14:textId="5D5ACC56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Specifies statistical tests for quantitative studies, with rationale for test selection.</w:t>
      </w:r>
    </w:p>
    <w:p w14:paraId="13F2D093" w14:textId="4EF065B4" w:rsidR="00D70101" w:rsidRPr="001C3F7F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Explains ethical considerations (e.g., IRB approval, participant confidentiality, consent).</w:t>
      </w:r>
    </w:p>
    <w:p w14:paraId="65386075" w14:textId="3520BB39" w:rsidR="00D70101" w:rsidRDefault="00000000" w:rsidP="001C3F7F">
      <w:pPr>
        <w:pStyle w:val="ListBulle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Transitions logically to the results/findings chapter.</w:t>
      </w:r>
    </w:p>
    <w:p w14:paraId="69DA665F" w14:textId="77777777" w:rsidR="001C3F7F" w:rsidRPr="001C3F7F" w:rsidRDefault="001C3F7F" w:rsidP="001C3F7F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ED9462A" w14:textId="2BE79496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Chapter 4: Results/Findings</w:t>
      </w:r>
    </w:p>
    <w:p w14:paraId="3065950C" w14:textId="2456EF75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Summarizes what this chapter will cover and links back to research questions.</w:t>
      </w:r>
    </w:p>
    <w:p w14:paraId="4413B464" w14:textId="7CC0C107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Findings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clearly organized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by research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question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>, hypothesis, or theme.</w:t>
      </w:r>
    </w:p>
    <w:p w14:paraId="42FC41A9" w14:textId="473666D2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Tables, figures, and/or quotes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used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effectively to present data and enhance clarity.</w:t>
      </w:r>
    </w:p>
    <w:p w14:paraId="626FC85C" w14:textId="38E0603E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Findings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reported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objectively, without overinterpretation or theoretical speculation.</w:t>
      </w:r>
    </w:p>
    <w:p w14:paraId="756654B3" w14:textId="28F9A76F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Quantitative results include descriptive statistics, p-values, effect sizes, and confidence intervals.</w:t>
      </w:r>
    </w:p>
    <w:p w14:paraId="71CC4AB7" w14:textId="6A0A6D3B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Qualitative results include rich descriptions and representative quotes tied to each theme.</w:t>
      </w:r>
    </w:p>
    <w:p w14:paraId="455B39B4" w14:textId="7428F71B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Visuals follow APA style and appear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immediately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after first in-text reference.</w:t>
      </w:r>
    </w:p>
    <w:p w14:paraId="57C18588" w14:textId="301357E0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All results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are described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with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appropriate precision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and contextual clarity.</w:t>
      </w:r>
    </w:p>
    <w:p w14:paraId="362C95C3" w14:textId="4BA07BC9" w:rsidR="00D70101" w:rsidRPr="001C3F7F" w:rsidRDefault="00000000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No new literature or unrelated commentary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is introduced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in this chapter.</w:t>
      </w:r>
    </w:p>
    <w:p w14:paraId="677A2E22" w14:textId="2E408500" w:rsidR="00D70101" w:rsidRDefault="001C3F7F" w:rsidP="001C3F7F">
      <w:pPr>
        <w:pStyle w:val="ListBullet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C</w:t>
      </w:r>
      <w:r w:rsidRPr="001C3F7F">
        <w:rPr>
          <w:rFonts w:ascii="Times New Roman" w:hAnsi="Times New Roman" w:cs="Times New Roman"/>
          <w:sz w:val="24"/>
          <w:szCs w:val="24"/>
        </w:rPr>
        <w:t xml:space="preserve">loses with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a brief summary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and smooth transition to the discussion chapter.</w:t>
      </w:r>
    </w:p>
    <w:p w14:paraId="039AFDE2" w14:textId="77777777" w:rsidR="001C3F7F" w:rsidRPr="001C3F7F" w:rsidRDefault="001C3F7F" w:rsidP="001C3F7F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548B574" w14:textId="6E3BFB7B" w:rsidR="00D70101" w:rsidRPr="001C3F7F" w:rsidRDefault="00000000" w:rsidP="001C3F7F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C3F7F">
        <w:rPr>
          <w:rFonts w:ascii="Times New Roman" w:hAnsi="Times New Roman" w:cs="Times New Roman"/>
          <w:color w:val="auto"/>
          <w:sz w:val="24"/>
          <w:szCs w:val="24"/>
        </w:rPr>
        <w:t>Chapter 5: Discussion and Conclusion</w:t>
      </w:r>
    </w:p>
    <w:p w14:paraId="6165FA95" w14:textId="4ADF066A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Restates key findings and interprets them in relation to the literature and framework.</w:t>
      </w:r>
    </w:p>
    <w:p w14:paraId="204AFEFF" w14:textId="23AE61FD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Explores how results confirm, challenge, or extend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previous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theoretical claims.</w:t>
      </w:r>
    </w:p>
    <w:p w14:paraId="48263E04" w14:textId="132112F1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Discusses practical implications for practitioners, policymakers, or institutions.</w:t>
      </w:r>
    </w:p>
    <w:p w14:paraId="7E25E8CE" w14:textId="6CA25F58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Acknowledges limitations honestly and discusses how they affect interpretation and transferability.</w:t>
      </w:r>
    </w:p>
    <w:p w14:paraId="0F61205F" w14:textId="5EC1A57F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Provides specific, well-justified recommendations for future research.</w:t>
      </w:r>
    </w:p>
    <w:p w14:paraId="1C23A7F8" w14:textId="2905B2A0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Includes recommendations for practice or policy, where applicable.</w:t>
      </w:r>
    </w:p>
    <w:p w14:paraId="1EEF8533" w14:textId="21945A48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C3F7F">
        <w:rPr>
          <w:rFonts w:ascii="Times New Roman" w:hAnsi="Times New Roman" w:cs="Times New Roman"/>
          <w:sz w:val="24"/>
          <w:szCs w:val="24"/>
        </w:rPr>
        <w:t>Concludes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with a clear, compelling summary that emphasizes the study’s significance.</w:t>
      </w:r>
    </w:p>
    <w:p w14:paraId="65D5C087" w14:textId="7D529B8A" w:rsidR="00D70101" w:rsidRPr="001C3F7F" w:rsidRDefault="00000000" w:rsidP="001C3F7F">
      <w:pPr>
        <w:pStyle w:val="ListBulle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 xml:space="preserve">Avoids redundancy with </w:t>
      </w:r>
      <w:proofErr w:type="gramStart"/>
      <w:r w:rsidRPr="001C3F7F">
        <w:rPr>
          <w:rFonts w:ascii="Times New Roman" w:hAnsi="Times New Roman" w:cs="Times New Roman"/>
          <w:sz w:val="24"/>
          <w:szCs w:val="24"/>
        </w:rPr>
        <w:t>previous</w:t>
      </w:r>
      <w:proofErr w:type="gramEnd"/>
      <w:r w:rsidRPr="001C3F7F">
        <w:rPr>
          <w:rFonts w:ascii="Times New Roman" w:hAnsi="Times New Roman" w:cs="Times New Roman"/>
          <w:sz w:val="24"/>
          <w:szCs w:val="24"/>
        </w:rPr>
        <w:t xml:space="preserve"> chapters and adds integrative reflection on the research journey.</w:t>
      </w:r>
    </w:p>
    <w:p w14:paraId="5447F46D" w14:textId="77777777" w:rsidR="00D70101" w:rsidRDefault="00000000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br/>
        <w:t>I certify that I have completed the checklist above and included this form with my dissertation manuscript.</w:t>
      </w:r>
    </w:p>
    <w:p w14:paraId="676BD759" w14:textId="77777777" w:rsidR="001C3F7F" w:rsidRPr="001C3F7F" w:rsidRDefault="001C3F7F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AD962" w14:textId="04D5CD6F" w:rsidR="00D70101" w:rsidRPr="001C3F7F" w:rsidRDefault="00000000" w:rsidP="001C3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F">
        <w:rPr>
          <w:rFonts w:ascii="Times New Roman" w:hAnsi="Times New Roman" w:cs="Times New Roman"/>
          <w:sz w:val="24"/>
          <w:szCs w:val="24"/>
        </w:rPr>
        <w:t>Student Name: _______________________</w:t>
      </w:r>
      <w:r w:rsidR="001C3F7F">
        <w:rPr>
          <w:rFonts w:ascii="Times New Roman" w:hAnsi="Times New Roman" w:cs="Times New Roman"/>
          <w:sz w:val="24"/>
          <w:szCs w:val="24"/>
        </w:rPr>
        <w:t xml:space="preserve">    </w:t>
      </w:r>
      <w:r w:rsidRPr="001C3F7F">
        <w:rPr>
          <w:rFonts w:ascii="Times New Roman" w:hAnsi="Times New Roman" w:cs="Times New Roman"/>
          <w:sz w:val="24"/>
          <w:szCs w:val="24"/>
        </w:rPr>
        <w:t>Date of Submission: _________________</w:t>
      </w:r>
    </w:p>
    <w:sectPr w:rsidR="00D70101" w:rsidRPr="001C3F7F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B63A" w14:textId="77777777" w:rsidR="002F5F67" w:rsidRDefault="002F5F67" w:rsidP="001C3F7F">
      <w:pPr>
        <w:spacing w:after="0" w:line="240" w:lineRule="auto"/>
      </w:pPr>
      <w:r>
        <w:separator/>
      </w:r>
    </w:p>
  </w:endnote>
  <w:endnote w:type="continuationSeparator" w:id="0">
    <w:p w14:paraId="72ED9ADF" w14:textId="77777777" w:rsidR="002F5F67" w:rsidRDefault="002F5F67" w:rsidP="001C3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12DE" w14:textId="77777777" w:rsidR="002F5F67" w:rsidRDefault="002F5F67" w:rsidP="001C3F7F">
      <w:pPr>
        <w:spacing w:after="0" w:line="240" w:lineRule="auto"/>
      </w:pPr>
      <w:r>
        <w:separator/>
      </w:r>
    </w:p>
  </w:footnote>
  <w:footnote w:type="continuationSeparator" w:id="0">
    <w:p w14:paraId="71528FE8" w14:textId="77777777" w:rsidR="002F5F67" w:rsidRDefault="002F5F67" w:rsidP="001C3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27955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C5078D" w14:textId="25784848" w:rsidR="001C3F7F" w:rsidRDefault="001C3F7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CAD815" w14:textId="77777777" w:rsidR="001C3F7F" w:rsidRDefault="001C3F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C8074F"/>
    <w:multiLevelType w:val="hybridMultilevel"/>
    <w:tmpl w:val="3E6AE7C4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4E21CF"/>
    <w:multiLevelType w:val="hybridMultilevel"/>
    <w:tmpl w:val="5AEA1914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7125E"/>
    <w:multiLevelType w:val="multilevel"/>
    <w:tmpl w:val="B47E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762DD4"/>
    <w:multiLevelType w:val="hybridMultilevel"/>
    <w:tmpl w:val="D02E00B8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17FD2"/>
    <w:multiLevelType w:val="hybridMultilevel"/>
    <w:tmpl w:val="E078F8BC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46B7F"/>
    <w:multiLevelType w:val="hybridMultilevel"/>
    <w:tmpl w:val="69C4E818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C173E"/>
    <w:multiLevelType w:val="hybridMultilevel"/>
    <w:tmpl w:val="C1AA2D9E"/>
    <w:lvl w:ilvl="0" w:tplc="DC94B73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45717">
    <w:abstractNumId w:val="8"/>
  </w:num>
  <w:num w:numId="2" w16cid:durableId="1251431566">
    <w:abstractNumId w:val="6"/>
  </w:num>
  <w:num w:numId="3" w16cid:durableId="1228225419">
    <w:abstractNumId w:val="5"/>
  </w:num>
  <w:num w:numId="4" w16cid:durableId="971129216">
    <w:abstractNumId w:val="4"/>
  </w:num>
  <w:num w:numId="5" w16cid:durableId="1204488002">
    <w:abstractNumId w:val="7"/>
  </w:num>
  <w:num w:numId="6" w16cid:durableId="237718608">
    <w:abstractNumId w:val="3"/>
  </w:num>
  <w:num w:numId="7" w16cid:durableId="1681468208">
    <w:abstractNumId w:val="2"/>
  </w:num>
  <w:num w:numId="8" w16cid:durableId="410658236">
    <w:abstractNumId w:val="1"/>
  </w:num>
  <w:num w:numId="9" w16cid:durableId="1357076142">
    <w:abstractNumId w:val="0"/>
  </w:num>
  <w:num w:numId="10" w16cid:durableId="1716660676">
    <w:abstractNumId w:val="9"/>
  </w:num>
  <w:num w:numId="11" w16cid:durableId="406804194">
    <w:abstractNumId w:val="13"/>
  </w:num>
  <w:num w:numId="12" w16cid:durableId="704839991">
    <w:abstractNumId w:val="12"/>
  </w:num>
  <w:num w:numId="13" w16cid:durableId="931934170">
    <w:abstractNumId w:val="14"/>
  </w:num>
  <w:num w:numId="14" w16cid:durableId="1150245116">
    <w:abstractNumId w:val="10"/>
  </w:num>
  <w:num w:numId="15" w16cid:durableId="1737238196">
    <w:abstractNumId w:val="15"/>
  </w:num>
  <w:num w:numId="16" w16cid:durableId="2134669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BF9"/>
    <w:rsid w:val="0005134F"/>
    <w:rsid w:val="0006063C"/>
    <w:rsid w:val="0015074B"/>
    <w:rsid w:val="001C3F7F"/>
    <w:rsid w:val="0029639D"/>
    <w:rsid w:val="002F5F67"/>
    <w:rsid w:val="00326F90"/>
    <w:rsid w:val="00573925"/>
    <w:rsid w:val="0090075D"/>
    <w:rsid w:val="00AA1D8D"/>
    <w:rsid w:val="00B47730"/>
    <w:rsid w:val="00C0508E"/>
    <w:rsid w:val="00CB0664"/>
    <w:rsid w:val="00D70101"/>
    <w:rsid w:val="00EB16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50A272"/>
  <w14:defaultImageDpi w14:val="300"/>
  <w15:docId w15:val="{2E1E55CA-6AD9-4090-AAE0-0F587E57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F7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45B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0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s.instructure.com/courses/8664565/pages/manuscript-checklist?module_item_id=12679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Yinying Wang</cp:lastModifiedBy>
  <cp:revision>5</cp:revision>
  <dcterms:created xsi:type="dcterms:W3CDTF">2025-06-01T21:32:00Z</dcterms:created>
  <dcterms:modified xsi:type="dcterms:W3CDTF">2025-06-01T22:11:00Z</dcterms:modified>
  <cp:category/>
</cp:coreProperties>
</file>